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line="240" w:lineRule="auto"/>
        <w:jc w:val="left"/>
      </w:pPr>
      <w:commentRangeStart w:id="0"/>
      <w:r>
        <w:rPr>
          <w:b/>
          <w:color w:val="808080"/>
          <w:sz w:val="28"/>
        </w:rPr>
        <w:t>[Name der Hochschule]</w:t>
      </w:r>
      <w:commentRangeEnd w:id="0"/>
      <w:r>
        <w:rPr>
          <w:rStyle w:val="CommentReference"/>
        </w:rPr>
        <w:commentReference w:id="0"/>
      </w:r>
    </w:p>
    <w:p>
      <w:pPr>
        <w:spacing w:before="0" w:line="240" w:lineRule="auto"/>
        <w:jc w:val="left"/>
      </w:pPr>
      <w:r>
        <w:rPr>
          <w:b w:val="0"/>
          <w:color w:val="808080"/>
          <w:sz w:val="24"/>
        </w:rPr>
        <w:t>[Fakultät]</w:t>
      </w:r>
    </w:p>
    <w:p>
      <w:pPr>
        <w:spacing w:before="0" w:line="240" w:lineRule="auto"/>
        <w:jc w:val="left"/>
      </w:pPr>
      <w:r>
        <w:rPr>
          <w:b w:val="0"/>
          <w:color w:val="808080"/>
          <w:sz w:val="24"/>
        </w:rPr>
        <w:t>[Institut]</w:t>
      </w:r>
    </w:p>
    <w:p>
      <w:pPr>
        <w:spacing w:before="0" w:line="240" w:lineRule="auto"/>
        <w:jc w:val="left"/>
      </w:pPr>
      <w:r>
        <w:rPr>
          <w:sz w:val="24"/>
        </w:rPr>
      </w:r>
    </w:p>
    <w:p>
      <w:pPr>
        <w:spacing w:before="0" w:line="240" w:lineRule="auto"/>
        <w:jc w:val="left"/>
      </w:pPr>
      <w:r>
        <w:rPr>
          <w:b w:val="0"/>
          <w:color w:val="808080"/>
          <w:sz w:val="24"/>
        </w:rPr>
        <w:t>[Art der Veranstaltung]</w:t>
      </w:r>
      <w:r>
        <w:rPr>
          <w:b w:val="0"/>
          <w:sz w:val="24"/>
        </w:rPr>
        <w:t xml:space="preserve"> „</w:t>
      </w:r>
      <w:r>
        <w:rPr>
          <w:b w:val="0"/>
          <w:color w:val="808080"/>
          <w:sz w:val="24"/>
        </w:rPr>
        <w:t>[Titel der Veranstaltung]</w:t>
      </w:r>
      <w:r>
        <w:rPr>
          <w:b w:val="0"/>
          <w:sz w:val="24"/>
        </w:rPr>
        <w:t>“</w:t>
      </w:r>
    </w:p>
    <w:p>
      <w:pPr>
        <w:spacing w:before="0" w:line="240" w:lineRule="auto"/>
        <w:jc w:val="left"/>
      </w:pPr>
      <w:commentRangeStart w:id="1"/>
      <w:r>
        <w:rPr>
          <w:b w:val="0"/>
          <w:sz w:val="24"/>
        </w:rPr>
        <w:t xml:space="preserve">Modul </w:t>
      </w:r>
      <w:r>
        <w:rPr>
          <w:b w:val="0"/>
          <w:color w:val="808080"/>
          <w:sz w:val="24"/>
        </w:rPr>
        <w:t>[Modulnummer und Modulname]</w:t>
      </w:r>
      <w:commentRangeEnd w:id="1"/>
      <w:r>
        <w:rPr>
          <w:rStyle w:val="CommentReference"/>
        </w:rPr>
        <w:commentReference w:id="1"/>
      </w:r>
    </w:p>
    <w:p>
      <w:pPr>
        <w:spacing w:before="0" w:line="240" w:lineRule="auto"/>
        <w:jc w:val="left"/>
      </w:pPr>
      <w:r>
        <w:rPr>
          <w:b w:val="0"/>
          <w:color w:val="808080"/>
          <w:sz w:val="24"/>
        </w:rPr>
        <w:t>[Wintersemester 20XX/XX]</w:t>
      </w:r>
    </w:p>
    <w:p>
      <w:pPr>
        <w:spacing w:before="0" w:line="240" w:lineRule="auto"/>
        <w:jc w:val="left"/>
      </w:pPr>
      <w:r>
        <w:rPr>
          <w:b w:val="0"/>
          <w:sz w:val="24"/>
        </w:rPr>
        <w:t xml:space="preserve">Lehrperson </w:t>
      </w:r>
      <w:r>
        <w:rPr>
          <w:b w:val="0"/>
          <w:color w:val="808080"/>
          <w:sz w:val="24"/>
        </w:rPr>
        <w:t>[Titel Vorname Nachname]</w:t>
      </w:r>
    </w:p>
    <w:p>
      <w:pPr>
        <w:spacing w:before="2400" w:line="240" w:lineRule="auto"/>
        <w:jc w:val="center"/>
      </w:pPr>
      <w:r>
        <w:rPr>
          <w:b w:val="0"/>
          <w:sz w:val="24"/>
        </w:rPr>
        <w:t>Hausarbeit</w:t>
      </w:r>
    </w:p>
    <w:p>
      <w:pPr>
        <w:spacing w:before="0" w:line="276" w:lineRule="auto"/>
        <w:jc w:val="center"/>
      </w:pPr>
      <w:r>
        <w:rPr>
          <w:b/>
          <w:color w:val="808080"/>
          <w:sz w:val="40"/>
        </w:rPr>
        <w:t>[Titel der Arbeit]</w:t>
      </w:r>
    </w:p>
    <w:p>
      <w:pPr>
        <w:spacing w:before="0" w:line="240" w:lineRule="auto"/>
        <w:jc w:val="center"/>
      </w:pPr>
      <w:r>
        <w:rPr>
          <w:b w:val="0"/>
          <w:color w:val="808080"/>
          <w:sz w:val="28"/>
        </w:rPr>
        <w:t>[Untertitel, falls vorhanden]</w:t>
      </w:r>
    </w:p>
    <w:p>
      <w:pPr>
        <w:spacing w:before="2400" w:line="240" w:lineRule="auto"/>
        <w:jc w:val="left"/>
      </w:pPr>
      <w:r>
        <w:rPr>
          <w:b/>
          <w:color w:val="808080"/>
          <w:sz w:val="24"/>
        </w:rPr>
        <w:t>[Vorname Nachname]</w:t>
      </w:r>
    </w:p>
    <w:p>
      <w:pPr>
        <w:spacing w:before="0" w:line="240" w:lineRule="auto"/>
        <w:jc w:val="left"/>
      </w:pPr>
      <w:r>
        <w:rPr>
          <w:b w:val="0"/>
          <w:sz w:val="24"/>
        </w:rPr>
        <w:t xml:space="preserve">Matrikelnummer </w:t>
      </w:r>
      <w:r>
        <w:rPr>
          <w:b w:val="0"/>
          <w:color w:val="808080"/>
          <w:sz w:val="24"/>
        </w:rPr>
        <w:t>[1234567]</w:t>
      </w:r>
    </w:p>
    <w:p>
      <w:pPr>
        <w:spacing w:before="0" w:line="240" w:lineRule="auto"/>
        <w:jc w:val="left"/>
      </w:pPr>
      <w:r>
        <w:rPr>
          <w:b w:val="0"/>
          <w:color w:val="808080"/>
          <w:sz w:val="24"/>
        </w:rPr>
        <w:t>[Studiengang (Abschluss)]</w:t>
      </w:r>
      <w:r>
        <w:rPr>
          <w:b w:val="0"/>
          <w:sz w:val="24"/>
        </w:rPr>
        <w:t xml:space="preserve">, </w:t>
      </w:r>
      <w:r>
        <w:rPr>
          <w:b w:val="0"/>
          <w:color w:val="808080"/>
          <w:sz w:val="24"/>
        </w:rPr>
        <w:t>[X]</w:t>
      </w:r>
      <w:r>
        <w:rPr>
          <w:b w:val="0"/>
          <w:sz w:val="24"/>
        </w:rPr>
        <w:t>. Fachsemester</w:t>
      </w:r>
    </w:p>
    <w:p>
      <w:pPr>
        <w:spacing w:before="0" w:line="240" w:lineRule="auto"/>
        <w:jc w:val="left"/>
      </w:pPr>
      <w:r>
        <w:rPr>
          <w:b w:val="0"/>
          <w:color w:val="808080"/>
          <w:sz w:val="24"/>
        </w:rPr>
        <w:t>[E-Mail-Adresse]</w:t>
      </w:r>
    </w:p>
    <w:p>
      <w:pPr>
        <w:spacing w:before="0" w:line="240" w:lineRule="auto"/>
        <w:jc w:val="left"/>
      </w:pPr>
      <w:commentRangeStart w:id="2"/>
      <w:r>
        <w:rPr>
          <w:b w:val="0"/>
          <w:color w:val="808080"/>
          <w:sz w:val="24"/>
        </w:rPr>
        <w:t>[Straße Hausnummer, PLZ Ort]</w:t>
      </w:r>
      <w:commentRangeEnd w:id="2"/>
      <w:r>
        <w:rPr>
          <w:rStyle w:val="CommentReference"/>
        </w:rPr>
        <w:commentReference w:id="2"/>
      </w:r>
    </w:p>
    <w:p>
      <w:pPr>
        <w:spacing w:before="0" w:line="240" w:lineRule="auto"/>
        <w:jc w:val="left"/>
      </w:pPr>
      <w:commentRangeStart w:id="3"/>
      <w:r>
        <w:rPr>
          <w:b w:val="0"/>
          <w:sz w:val="24"/>
        </w:rPr>
        <w:t xml:space="preserve">Wortzahl </w:t>
      </w:r>
      <w:r>
        <w:rPr>
          <w:b w:val="0"/>
          <w:color w:val="808080"/>
          <w:sz w:val="24"/>
        </w:rPr>
        <w:t>[X]</w:t>
      </w:r>
      <w:commentRangeEnd w:id="3"/>
      <w:r>
        <w:rPr>
          <w:rStyle w:val="CommentReference"/>
        </w:rPr>
        <w:commentReference w:id="3"/>
      </w:r>
    </w:p>
    <w:p>
      <w:pPr>
        <w:spacing w:before="0" w:line="240" w:lineRule="auto"/>
        <w:jc w:val="left"/>
      </w:pPr>
      <w:r>
        <w:rPr>
          <w:b w:val="0"/>
          <w:sz w:val="24"/>
        </w:rPr>
        <w:t xml:space="preserve">Abgabe am </w:t>
      </w:r>
      <w:r>
        <w:rPr>
          <w:b w:val="0"/>
          <w:color w:val="808080"/>
          <w:sz w:val="24"/>
        </w:rPr>
        <w:t>[TT.MM.JJJJ]</w:t>
      </w:r>
    </w:p>
    <w:sectPr w:rsidR="00FC693F" w:rsidRPr="0006063C" w:rsidSect="00034616"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ClioAI" w:initials="C" w:date="2026-10-03T15:45:22Z">
    <w:p>
      <w:pPr>
        <w:pStyle w:val="CommentText"/>
      </w:pPr>
      <w:r>
        <w:rPr>
          <w:rStyle w:val="CommentReference"/>
        </w:rPr>
        <w:annotationRef/>
      </w:r>
      <w:r>
        <w:t>Beispielvorlage zum Anpassen. Gleiche jede Zeile mit dem Leitfaden deines Instituts ab und lösch, was nicht verlangt wird.</w:t>
      </w:r>
    </w:p>
  </w:comment>
  <w:comment w:id="1" w:author="ClioAI" w:initials="C" w:date="2026-10-03T15:45:22Z">
    <w:p>
      <w:pPr>
        <w:pStyle w:val="CommentText"/>
      </w:pPr>
      <w:r>
        <w:rPr>
          <w:rStyle w:val="CommentReference"/>
        </w:rPr>
        <w:annotationRef/>
      </w:r>
      <w:r>
        <w:t>Nur eintragen, wenn dein Leitfaden das verlangt. Sonst die ganze Zeile löschen.</w:t>
      </w:r>
    </w:p>
  </w:comment>
  <w:comment w:id="2" w:author="ClioAI" w:initials="C" w:date="2026-10-03T15:45:22Z">
    <w:p>
      <w:pPr>
        <w:pStyle w:val="CommentText"/>
      </w:pPr>
      <w:r>
        <w:rPr>
          <w:rStyle w:val="CommentReference"/>
        </w:rPr>
        <w:annotationRef/>
      </w:r>
      <w:r>
        <w:t>Nur eintragen, wenn dein Leitfaden das verlangt. Sonst die ganze Zeile löschen.</w:t>
      </w:r>
    </w:p>
  </w:comment>
  <w:comment w:id="3" w:author="ClioAI" w:initials="C" w:date="2026-10-03T15:45:22Z">
    <w:p>
      <w:pPr>
        <w:pStyle w:val="CommentText"/>
      </w:pPr>
      <w:r>
        <w:rPr>
          <w:rStyle w:val="CommentReference"/>
        </w:rPr>
        <w:annotationRef/>
      </w:r>
      <w:r>
        <w:t>Nur eintragen, wenn dein Leitfaden das verlangt. Sonst die ganze Zeile löschen.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Hausarbeit, Beispielvorlage zum Anpassen</dc:title>
  <dc:subject/>
  <dc:creator>ClioAI</dc:creator>
  <cp:keywords/>
  <dc:description>Beispielvorlage von getclio.ai/deckblatt-hausarbeit. Keine offizielle Vorlage einer Hochschule.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