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line="240" w:lineRule="auto"/>
        <w:jc w:val="left"/>
      </w:pPr>
      <w:commentRangeStart w:id="0"/>
      <w:r>
        <w:rPr>
          <w:b/>
          <w:color w:val="808080"/>
          <w:sz w:val="24"/>
        </w:rPr>
        <w:t>[Name der Hochschule]</w:t>
      </w:r>
      <w:commentRangeEnd w:id="0"/>
      <w:r>
        <w:rPr>
          <w:rStyle w:val="CommentReference"/>
        </w:rPr>
        <w:commentReference w:id="0"/>
      </w:r>
    </w:p>
    <w:p>
      <w:pPr>
        <w:spacing w:before="0" w:line="240" w:lineRule="auto"/>
        <w:jc w:val="left"/>
      </w:pPr>
      <w:commentRangeStart w:id="1"/>
      <w:r>
        <w:rPr>
          <w:b w:val="0"/>
          <w:color w:val="808080"/>
          <w:sz w:val="24"/>
        </w:rPr>
        <w:t>[Fakultät]</w:t>
      </w:r>
      <w:commentRangeEnd w:id="1"/>
      <w:r>
        <w:rPr>
          <w:rStyle w:val="CommentReference"/>
        </w:rPr>
        <w:commentReference w:id="1"/>
      </w:r>
    </w:p>
    <w:p>
      <w:pPr>
        <w:spacing w:before="0" w:line="240" w:lineRule="auto"/>
        <w:jc w:val="left"/>
      </w:pPr>
      <w:r>
        <w:rPr>
          <w:b w:val="0"/>
          <w:sz w:val="24"/>
        </w:rPr>
        <w:t xml:space="preserve">Studiengang </w:t>
      </w:r>
      <w:r>
        <w:rPr>
          <w:b w:val="0"/>
          <w:color w:val="808080"/>
          <w:sz w:val="24"/>
        </w:rPr>
        <w:t>[Bezeichnung des Studiengangs]</w:t>
      </w:r>
    </w:p>
    <w:p>
      <w:pPr>
        <w:spacing w:before="0" w:line="240" w:lineRule="auto"/>
        <w:jc w:val="left"/>
      </w:pPr>
      <w:r>
        <w:rPr>
          <w:b w:val="0"/>
          <w:sz w:val="24"/>
        </w:rPr>
        <w:t xml:space="preserve">Modul </w:t>
      </w:r>
      <w:r>
        <w:rPr>
          <w:b w:val="0"/>
          <w:color w:val="808080"/>
          <w:sz w:val="24"/>
        </w:rPr>
        <w:t>[Modulnummer und Modulname]</w:t>
      </w:r>
    </w:p>
    <w:p>
      <w:pPr>
        <w:spacing w:before="0" w:line="240" w:lineRule="auto"/>
        <w:jc w:val="left"/>
      </w:pPr>
      <w:commentRangeStart w:id="2"/>
      <w:r>
        <w:rPr>
          <w:b w:val="0"/>
          <w:color w:val="808080"/>
          <w:sz w:val="24"/>
        </w:rPr>
        <w:t>[Semester, z. B. Wintersemester 20XX/XX]</w:t>
      </w:r>
      <w:commentRangeEnd w:id="2"/>
      <w:r>
        <w:rPr>
          <w:rStyle w:val="CommentReference"/>
        </w:rPr>
        <w:commentReference w:id="2"/>
      </w:r>
    </w:p>
    <w:p>
      <w:pPr>
        <w:spacing w:before="1920" w:line="240" w:lineRule="auto"/>
        <w:jc w:val="center"/>
      </w:pPr>
      <w:r>
        <w:rPr>
          <w:b w:val="0"/>
          <w:sz w:val="24"/>
        </w:rPr>
        <w:t>Hausarbeit</w:t>
      </w:r>
    </w:p>
    <w:p>
      <w:pPr>
        <w:spacing w:before="0" w:line="276" w:lineRule="auto"/>
        <w:jc w:val="center"/>
      </w:pPr>
      <w:r>
        <w:rPr>
          <w:b/>
          <w:color w:val="808080"/>
          <w:sz w:val="32"/>
        </w:rPr>
        <w:t>[Thema im genauen Wortlaut der Themenstellung]</w:t>
      </w:r>
    </w:p>
    <w:p>
      <w:pPr>
        <w:spacing w:before="1920" w:line="240" w:lineRule="auto"/>
        <w:jc w:val="left"/>
      </w:pPr>
      <w:r>
        <w:rPr>
          <w:b w:val="0"/>
          <w:sz w:val="24"/>
        </w:rPr>
        <w:t xml:space="preserve">Prüfende Person </w:t>
      </w:r>
      <w:r>
        <w:rPr>
          <w:b w:val="0"/>
          <w:color w:val="808080"/>
          <w:sz w:val="24"/>
        </w:rPr>
        <w:t>[Titel Vorname Nachname]</w:t>
      </w:r>
    </w:p>
    <w:p>
      <w:pPr>
        <w:spacing w:before="0" w:line="240" w:lineRule="auto"/>
        <w:jc w:val="left"/>
      </w:pPr>
      <w:r>
        <w:rPr>
          <w:b w:val="0"/>
          <w:sz w:val="24"/>
        </w:rPr>
        <w:t xml:space="preserve">Modulbetreuende Person </w:t>
      </w:r>
      <w:r>
        <w:rPr>
          <w:b w:val="0"/>
          <w:color w:val="808080"/>
          <w:sz w:val="24"/>
        </w:rPr>
        <w:t>[Titel Vorname Nachname]</w:t>
      </w:r>
    </w:p>
    <w:p>
      <w:pPr>
        <w:spacing w:before="0" w:line="240" w:lineRule="auto"/>
        <w:jc w:val="left"/>
      </w:pPr>
      <w:r>
        <w:rPr>
          <w:sz w:val="24"/>
        </w:rPr>
      </w:r>
    </w:p>
    <w:p>
      <w:pPr>
        <w:spacing w:before="0" w:line="240" w:lineRule="auto"/>
        <w:jc w:val="left"/>
      </w:pPr>
      <w:r>
        <w:rPr>
          <w:b/>
          <w:color w:val="808080"/>
          <w:sz w:val="24"/>
        </w:rPr>
        <w:t>[Vorname Nachname]</w:t>
      </w:r>
    </w:p>
    <w:p>
      <w:pPr>
        <w:spacing w:before="0" w:line="240" w:lineRule="auto"/>
        <w:jc w:val="left"/>
      </w:pPr>
      <w:r>
        <w:rPr>
          <w:b w:val="0"/>
          <w:sz w:val="24"/>
        </w:rPr>
        <w:t xml:space="preserve">Matrikelnummer </w:t>
      </w:r>
      <w:r>
        <w:rPr>
          <w:b w:val="0"/>
          <w:color w:val="808080"/>
          <w:sz w:val="24"/>
        </w:rPr>
        <w:t>[Matrikelnummer]</w:t>
      </w:r>
    </w:p>
    <w:p>
      <w:pPr>
        <w:spacing w:before="0" w:line="240" w:lineRule="auto"/>
        <w:jc w:val="left"/>
      </w:pPr>
      <w:commentRangeStart w:id="3"/>
      <w:r>
        <w:rPr>
          <w:b w:val="0"/>
          <w:color w:val="808080"/>
          <w:sz w:val="24"/>
        </w:rPr>
        <w:t>[Straße Hausnummer]</w:t>
      </w:r>
      <w:commentRangeEnd w:id="3"/>
      <w:r>
        <w:rPr>
          <w:rStyle w:val="CommentReference"/>
        </w:rPr>
        <w:commentReference w:id="3"/>
      </w:r>
    </w:p>
    <w:p>
      <w:pPr>
        <w:spacing w:before="0" w:line="240" w:lineRule="auto"/>
        <w:jc w:val="left"/>
      </w:pPr>
      <w:r>
        <w:rPr>
          <w:b w:val="0"/>
          <w:color w:val="808080"/>
          <w:sz w:val="24"/>
        </w:rPr>
        <w:t>[PLZ Ort]</w:t>
      </w:r>
    </w:p>
    <w:p>
      <w:pPr>
        <w:spacing w:before="0" w:line="240" w:lineRule="auto"/>
        <w:jc w:val="left"/>
      </w:pPr>
      <w:r>
        <w:rPr>
          <w:b w:val="0"/>
          <w:sz w:val="24"/>
        </w:rPr>
        <w:t xml:space="preserve">Telefon </w:t>
      </w:r>
      <w:r>
        <w:rPr>
          <w:b w:val="0"/>
          <w:color w:val="808080"/>
          <w:sz w:val="24"/>
        </w:rPr>
        <w:t>[Telefonnummer]</w:t>
      </w:r>
    </w:p>
    <w:p>
      <w:pPr>
        <w:spacing w:before="0" w:line="240" w:lineRule="auto"/>
        <w:jc w:val="left"/>
      </w:pPr>
      <w:r>
        <w:rPr>
          <w:b w:val="0"/>
          <w:sz w:val="24"/>
        </w:rPr>
        <w:t xml:space="preserve">E-Mail </w:t>
      </w:r>
      <w:r>
        <w:rPr>
          <w:b w:val="0"/>
          <w:color w:val="808080"/>
          <w:sz w:val="24"/>
        </w:rPr>
        <w:t>[E-Mail-Adresse]</w:t>
      </w:r>
    </w:p>
    <w:p>
      <w:pPr>
        <w:spacing w:before="0" w:line="240" w:lineRule="auto"/>
        <w:jc w:val="left"/>
      </w:pPr>
      <w:commentRangeStart w:id="4"/>
      <w:r>
        <w:rPr>
          <w:b w:val="0"/>
          <w:sz w:val="24"/>
        </w:rPr>
        <w:t xml:space="preserve">Abgabedatum </w:t>
      </w:r>
      <w:r>
        <w:rPr>
          <w:b w:val="0"/>
          <w:color w:val="808080"/>
          <w:sz w:val="24"/>
        </w:rPr>
        <w:t>[TT.MM.JJJJ]</w:t>
      </w:r>
      <w:commentRangeEnd w:id="4"/>
      <w:r>
        <w:rPr>
          <w:rStyle w:val="CommentReference"/>
        </w:rPr>
        <w:commentReference w:id="4"/>
      </w:r>
    </w:p>
    <w:sectPr w:rsidR="00FC693F" w:rsidRPr="0006063C" w:rsidSect="00034616"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ClioAI" w:initials="C" w:date="2026-10-03T15:45:22Z">
    <w:p>
      <w:pPr>
        <w:pStyle w:val="CommentText"/>
      </w:pPr>
      <w:r>
        <w:rPr>
          <w:rStyle w:val="CommentReference"/>
        </w:rPr>
        <w:annotationRef/>
      </w:r>
      <w:r>
        <w:t>Beispielvorlage zum Anpassen. Gleiche jede Zeile mit dem Leitfaden deines Instituts ab und lösch, was nicht verlangt wird. Verlangen nicht alle Leitfäden. Kann weg, wenn deiner es nicht nennt.</w:t>
      </w:r>
    </w:p>
  </w:comment>
  <w:comment w:id="1" w:author="ClioAI" w:initials="C" w:date="2026-10-03T15:45:22Z">
    <w:p>
      <w:pPr>
        <w:pStyle w:val="CommentText"/>
      </w:pPr>
      <w:r>
        <w:rPr>
          <w:rStyle w:val="CommentReference"/>
        </w:rPr>
        <w:annotationRef/>
      </w:r>
      <w:r>
        <w:t>Verlangen nicht alle Leitfäden. Kann weg, wenn deiner es nicht nennt.</w:t>
      </w:r>
    </w:p>
  </w:comment>
  <w:comment w:id="2" w:author="ClioAI" w:initials="C" w:date="2026-10-03T15:45:22Z">
    <w:p>
      <w:pPr>
        <w:pStyle w:val="CommentText"/>
      </w:pPr>
      <w:r>
        <w:rPr>
          <w:rStyle w:val="CommentReference"/>
        </w:rPr>
        <w:annotationRef/>
      </w:r>
      <w:r>
        <w:t>Verlangen nicht alle Leitfäden. Kann weg, wenn deiner es nicht nennt.</w:t>
      </w:r>
    </w:p>
  </w:comment>
  <w:comment w:id="3" w:author="ClioAI" w:initials="C" w:date="2026-10-03T15:45:22Z">
    <w:p>
      <w:pPr>
        <w:pStyle w:val="CommentText"/>
      </w:pPr>
      <w:r>
        <w:rPr>
          <w:rStyle w:val="CommentReference"/>
        </w:rPr>
        <w:annotationRef/>
      </w:r>
      <w:r>
        <w:t>Nur nötig, wenn dein Leitfaden Anschrift und Telefon verlangt. Sonst löschen.</w:t>
      </w:r>
    </w:p>
  </w:comment>
  <w:comment w:id="4" w:author="ClioAI" w:initials="C" w:date="2026-10-03T15:45:22Z">
    <w:p>
      <w:pPr>
        <w:pStyle w:val="CommentText"/>
      </w:pPr>
      <w:r>
        <w:rPr>
          <w:rStyle w:val="CommentReference"/>
        </w:rPr>
        <w:annotationRef/>
      </w:r>
      <w:r>
        <w:t>Verlangen nicht alle Leitfäden. Kann weg, wenn deiner es nicht nennt.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Hausarbeit, Beispielvorlage zum Anpassen</dc:title>
  <dc:subject/>
  <dc:creator>ClioAI</dc:creator>
  <cp:keywords/>
  <dc:description>Beispielvorlage von getclio.ai/deckblatt-hausarbeit. Keine offizielle Vorlage einer Hochschule.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