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line="240" w:lineRule="auto"/>
        <w:jc w:val="center"/>
      </w:pPr>
      <w:commentRangeStart w:id="0"/>
      <w:r>
        <w:rPr>
          <w:b/>
          <w:color w:val="808080"/>
          <w:sz w:val="28"/>
        </w:rPr>
        <w:t>[Name der Hochschule, ausgeschrieben]</w:t>
      </w:r>
      <w:commentRangeEnd w:id="0"/>
      <w:r>
        <w:rPr>
          <w:rStyle w:val="CommentReference"/>
        </w:rPr>
        <w:commentReference w:id="0"/>
      </w:r>
    </w:p>
    <w:p>
      <w:pPr>
        <w:spacing w:before="0" w:line="240" w:lineRule="auto"/>
        <w:jc w:val="center"/>
      </w:pPr>
      <w:r>
        <w:rPr>
          <w:b w:val="0"/>
          <w:color w:val="808080"/>
          <w:sz w:val="24"/>
        </w:rPr>
        <w:t>[Studiengang (Abschluss)]</w:t>
      </w:r>
    </w:p>
    <w:p>
      <w:pPr>
        <w:spacing w:before="1440" w:line="240" w:lineRule="auto"/>
        <w:jc w:val="center"/>
      </w:pPr>
      <w:r>
        <w:rPr>
          <w:b w:val="0"/>
          <w:sz w:val="24"/>
        </w:rPr>
        <w:t>Hausarbeit</w:t>
      </w:r>
    </w:p>
    <w:p>
      <w:pPr>
        <w:spacing w:before="0" w:line="240" w:lineRule="auto"/>
        <w:jc w:val="center"/>
      </w:pPr>
      <w:r>
        <w:rPr>
          <w:b w:val="0"/>
          <w:sz w:val="24"/>
        </w:rPr>
        <w:t xml:space="preserve">im Kurs </w:t>
      </w:r>
      <w:r>
        <w:rPr>
          <w:b w:val="0"/>
          <w:color w:val="808080"/>
          <w:sz w:val="24"/>
        </w:rPr>
        <w:t>[Kursname]</w:t>
      </w:r>
      <w:r>
        <w:rPr>
          <w:b w:val="0"/>
          <w:sz w:val="24"/>
        </w:rPr>
        <w:t xml:space="preserve"> (</w:t>
      </w:r>
      <w:r>
        <w:rPr>
          <w:b w:val="0"/>
          <w:color w:val="808080"/>
          <w:sz w:val="24"/>
        </w:rPr>
        <w:t>[Kurskürzel]</w:t>
      </w:r>
      <w:r>
        <w:rPr>
          <w:b w:val="0"/>
          <w:sz w:val="24"/>
        </w:rPr>
        <w:t>)</w:t>
      </w:r>
    </w:p>
    <w:p>
      <w:pPr>
        <w:spacing w:before="1440" w:line="276" w:lineRule="auto"/>
        <w:jc w:val="center"/>
      </w:pPr>
      <w:r>
        <w:rPr>
          <w:b/>
          <w:color w:val="808080"/>
          <w:sz w:val="36"/>
        </w:rPr>
        <w:t>[Titel der Hausarbeit]</w:t>
      </w:r>
    </w:p>
    <w:p>
      <w:pPr>
        <w:spacing w:before="0" w:line="240" w:lineRule="auto"/>
        <w:jc w:val="center"/>
      </w:pPr>
      <w:r>
        <w:rPr>
          <w:b w:val="0"/>
          <w:color w:val="808080"/>
          <w:sz w:val="26"/>
        </w:rPr>
        <w:t>[Untertitel, falls vorhanden]</w:t>
      </w:r>
    </w:p>
    <w:p>
      <w:pPr>
        <w:spacing w:before="2180" w:line="240" w:lineRule="auto"/>
        <w:jc w:val="left"/>
      </w:pPr>
      <w:r>
        <w:rPr>
          <w:sz w:val="2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1"/>
        <w:gridCol w:w="6520"/>
      </w:tblGrid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Name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[Vorname Nachname]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Matrikelnummer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[Matrikelnummer]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Semester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[X]</w:t>
            </w:r>
            <w:r>
              <w:rPr>
                <w:b w:val="0"/>
                <w:sz w:val="22"/>
              </w:rPr>
              <w:t>. Semester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Anschrift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[Straße Hausnummer, PLZ Ort]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E-Mail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[E-Mail-Adresse]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Dozent/in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[Titel Vorname Nachname]</w:t>
            </w:r>
          </w:p>
        </w:tc>
      </w:tr>
      <w:tr>
        <w:tc>
          <w:tcPr>
            <w:tcW w:type="dxa" w:w="2551"/>
          </w:tcPr>
          <w:p>
            <w:pPr>
              <w:spacing w:after="60"/>
            </w:pPr>
            <w:r>
              <w:rPr>
                <w:b w:val="0"/>
                <w:sz w:val="22"/>
              </w:rPr>
              <w:t>Abgabedatum</w:t>
            </w:r>
          </w:p>
        </w:tc>
        <w:tc>
          <w:tcPr>
            <w:tcW w:type="dxa" w:w="6520"/>
          </w:tcPr>
          <w:p>
            <w:pPr>
              <w:spacing w:after="60"/>
            </w:pPr>
            <w:r>
              <w:rPr>
                <w:b w:val="0"/>
                <w:color w:val="808080"/>
                <w:sz w:val="22"/>
              </w:rPr>
              <w:t>[TT.MM.JJJJ]</w:t>
            </w:r>
          </w:p>
        </w:tc>
      </w:tr>
    </w:tbl>
    <w:sectPr w:rsidR="00FC693F" w:rsidRPr="0006063C" w:rsidSect="00034616"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lioAI" w:initials="C" w:date="2026-10-03T15:45:22Z">
    <w:p>
      <w:pPr>
        <w:pStyle w:val="CommentText"/>
      </w:pPr>
      <w:r>
        <w:rPr>
          <w:rStyle w:val="CommentReference"/>
        </w:rPr>
        <w:annotationRef/>
      </w:r>
      <w:r>
        <w:t>Beispielvorlage zum Anpassen. Gleiche jede Zeile mit dem Leitfaden deines Instituts ab und lösch, was nicht verlangt wird.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Hausarbeit, Beispielvorlage zum Anpassen</dc:title>
  <dc:subject/>
  <dc:creator>ClioAI</dc:creator>
  <cp:keywords/>
  <dc:description>Beispielvorlage von getclio.ai/deckblatt-hausarbeit. Keine offizielle Vorlage einer Hochschule.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